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78343E"/>
          <w:sz w:val="16"/>
        </w:rPr>
        <w:t>FORM · FOTOĞRAF VE BELGE</w:t>
      </w:r>
    </w:p>
    <w:p>
      <w:pPr>
        <w:pStyle w:val="Heading1"/>
      </w:pPr>
      <w:r>
        <w:rPr>
          <w:color w:val="1F1A17"/>
        </w:rPr>
        <w:t>Katkı ve Kullanım İzni Formu</w:t>
      </w:r>
    </w:p>
    <w:p>
      <w:r>
        <w:rPr>
          <w:i/>
        </w:rPr>
        <w:t>Fotoğraf, belge ya da kayıt gönderen herkes için. İzin bölümleri ayrı ayrı işaretlenir; vermediğiniz izin kapsamında hiçbir şey yayımlanmaz.</w:t>
      </w:r>
    </w:p>
    <w:p>
      <w:pPr>
        <w:pStyle w:val="Heading2"/>
      </w:pPr>
      <w:r>
        <w:rPr>
          <w:color w:val="78343E"/>
        </w:rPr>
        <w:t>1. Katkı veren</w:t>
      </w:r>
    </w:p>
    <w:p>
      <w:pPr>
        <w:tabs>
          <w:tab w:pos="9354" w:val="right" w:leader="underscore"/>
        </w:tabs>
        <w:spacing w:before="160"/>
      </w:pPr>
      <w:r>
        <w:rPr>
          <w:b/>
        </w:rPr>
        <w:t xml:space="preserve">Ad soyad </w:t>
      </w:r>
      <w:r>
        <w:tab/>
      </w:r>
    </w:p>
    <w:p>
      <w:pPr>
        <w:tabs>
          <w:tab w:pos="9354" w:val="right" w:leader="underscore"/>
        </w:tabs>
        <w:spacing w:before="160"/>
      </w:pPr>
      <w:r>
        <w:rPr>
          <w:b/>
        </w:rPr>
        <w:t xml:space="preserve">Telefon / e-posta </w:t>
      </w:r>
      <w:r>
        <w:tab/>
      </w:r>
    </w:p>
    <w:p>
      <w:pPr>
        <w:tabs>
          <w:tab w:pos="9354" w:val="right" w:leader="underscore"/>
        </w:tabs>
        <w:spacing w:before="160"/>
      </w:pPr>
      <w:r>
        <w:rPr>
          <w:b/>
        </w:rPr>
        <w:t xml:space="preserve">Köyle bağı (isteğe bağlı) </w:t>
      </w:r>
      <w:r>
        <w:tab/>
      </w:r>
    </w:p>
    <w:p/>
    <w:p>
      <w:pPr>
        <w:pStyle w:val="Heading2"/>
      </w:pPr>
      <w:r>
        <w:rPr>
          <w:color w:val="78343E"/>
        </w:rPr>
        <w:t>2. Gönderilen içerik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8A7B6E"/>
          <w:left w:val="single" w:sz="6" w:color="8A7B6E"/>
          <w:bottom w:val="single" w:sz="6" w:color="8A7B6E"/>
          <w:right w:val="single" w:sz="6" w:color="8A7B6E"/>
          <w:insideH w:val="single" w:sz="6" w:color="8A7B6E"/>
          <w:insideV w:val="single" w:sz="6" w:color="8A7B6E"/>
        </w:tblBorders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700"/>
          </w:tcPr>
          <w:p>
            <w:r>
              <w:rPr>
                <w:b/>
                <w:sz w:val="16"/>
              </w:rPr>
              <w:t>No</w:t>
            </w:r>
          </w:p>
        </w:tc>
        <w:tc>
          <w:tcPr>
            <w:tcW w:type="dxa" w:w="1700"/>
          </w:tcPr>
          <w:p>
            <w:r>
              <w:rPr>
                <w:b/>
                <w:sz w:val="16"/>
              </w:rPr>
              <w:t>Ne? (fotoğraf, belge…)</w:t>
            </w:r>
          </w:p>
        </w:tc>
        <w:tc>
          <w:tcPr>
            <w:tcW w:type="dxa" w:w="1700"/>
          </w:tcPr>
          <w:p>
            <w:r>
              <w:rPr>
                <w:b/>
                <w:sz w:val="16"/>
              </w:rPr>
              <w:t>Çeken / sahibi</w:t>
            </w:r>
          </w:p>
        </w:tc>
        <w:tc>
          <w:tcPr>
            <w:tcW w:type="dxa" w:w="1700"/>
          </w:tcPr>
          <w:p>
            <w:r>
              <w:rPr>
                <w:b/>
                <w:sz w:val="16"/>
              </w:rPr>
              <w:t>Tarih</w:t>
            </w:r>
          </w:p>
        </w:tc>
        <w:tc>
          <w:tcPr>
            <w:tcW w:type="dxa" w:w="1700"/>
          </w:tcPr>
          <w:p>
            <w:r>
              <w:rPr>
                <w:b/>
                <w:sz w:val="16"/>
              </w:rPr>
              <w:t>Yer</w:t>
            </w:r>
          </w:p>
        </w:tc>
        <w:tc>
          <w:tcPr>
            <w:tcW w:type="dxa" w:w="1700"/>
          </w:tcPr>
          <w:p>
            <w:r>
              <w:rPr>
                <w:b/>
                <w:sz w:val="16"/>
              </w:rPr>
              <w:t>İçindeki kişiler</w:t>
            </w:r>
          </w:p>
        </w:tc>
      </w:tr>
      <w:tr>
        <w:trPr>
          <w:trHeight w:val="510"/>
        </w:trPr>
        <w:tc>
          <w:tcPr>
            <w:tcW w:type="dxa" w:w="1700"/>
          </w:tcPr>
          <w:p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1700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700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700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700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700"/>
          </w:tcPr>
          <w:p>
            <w:r>
              <w:rPr>
                <w:b w:val="0"/>
                <w:sz w:val="20"/>
              </w:rPr>
            </w:r>
          </w:p>
        </w:tc>
      </w:tr>
      <w:tr>
        <w:trPr>
          <w:trHeight w:val="510"/>
        </w:trPr>
        <w:tc>
          <w:tcPr>
            <w:tcW w:type="dxa" w:w="1700"/>
          </w:tcPr>
          <w:p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1700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700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700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700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700"/>
          </w:tcPr>
          <w:p>
            <w:r>
              <w:rPr>
                <w:b w:val="0"/>
                <w:sz w:val="20"/>
              </w:rPr>
            </w:r>
          </w:p>
        </w:tc>
      </w:tr>
      <w:tr>
        <w:trPr>
          <w:trHeight w:val="510"/>
        </w:trPr>
        <w:tc>
          <w:tcPr>
            <w:tcW w:type="dxa" w:w="1700"/>
          </w:tcPr>
          <w:p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1700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700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700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700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700"/>
          </w:tcPr>
          <w:p>
            <w:r>
              <w:rPr>
                <w:b w:val="0"/>
                <w:sz w:val="20"/>
              </w:rPr>
            </w:r>
          </w:p>
        </w:tc>
      </w:tr>
      <w:tr>
        <w:trPr>
          <w:trHeight w:val="510"/>
        </w:trPr>
        <w:tc>
          <w:tcPr>
            <w:tcW w:type="dxa" w:w="1700"/>
          </w:tcPr>
          <w:p>
            <w:r>
              <w:rPr>
                <w:b w:val="0"/>
                <w:sz w:val="20"/>
              </w:rPr>
              <w:t>4</w:t>
            </w:r>
          </w:p>
        </w:tc>
        <w:tc>
          <w:tcPr>
            <w:tcW w:type="dxa" w:w="1700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700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700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700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700"/>
          </w:tcPr>
          <w:p>
            <w:r>
              <w:rPr>
                <w:b w:val="0"/>
                <w:sz w:val="20"/>
              </w:rPr>
            </w:r>
          </w:p>
        </w:tc>
      </w:tr>
      <w:tr>
        <w:trPr>
          <w:trHeight w:val="510"/>
        </w:trPr>
        <w:tc>
          <w:tcPr>
            <w:tcW w:type="dxa" w:w="1700"/>
          </w:tcPr>
          <w:p>
            <w:r>
              <w:rPr>
                <w:b w:val="0"/>
                <w:sz w:val="20"/>
              </w:rPr>
              <w:t>5</w:t>
            </w:r>
          </w:p>
        </w:tc>
        <w:tc>
          <w:tcPr>
            <w:tcW w:type="dxa" w:w="1700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700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700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700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700"/>
          </w:tcPr>
          <w:p>
            <w:r>
              <w:rPr>
                <w:b w:val="0"/>
                <w:sz w:val="20"/>
              </w:rPr>
            </w:r>
          </w:p>
        </w:tc>
      </w:tr>
    </w:tbl>
    <w:p>
      <w:r>
        <w:rPr>
          <w:sz w:val="18"/>
        </w:rPr>
        <w:t>Tarih kesin bilinmiyorsa "yaklaşık 1970'ler" gibi yazınız; bilinmeyen bilgi için "bilinmiyor" yazınız.</w:t>
      </w:r>
    </w:p>
    <w:p>
      <w:pPr>
        <w:pStyle w:val="Heading2"/>
      </w:pPr>
      <w:r>
        <w:rPr>
          <w:color w:val="78343E"/>
        </w:rPr>
        <w:t>3. Hak beyanı</w:t>
      </w:r>
    </w:p>
    <w:p>
      <w:r>
        <w:t>Yukarıdaki içerikler için (birini işaretleyiniz):</w:t>
      </w:r>
    </w:p>
    <w:p>
      <w:r>
        <w:t>☐ İçeriğin sahibiyim / fotoğrafı ben çektim.</w:t>
      </w:r>
    </w:p>
    <w:p>
      <w:r>
        <w:t>☐ İçeriğin sahibi değilim; sahibinin izniyle gönderiyorum. Sahibinin adı: ____________________</w:t>
      </w:r>
    </w:p>
    <w:p>
      <w:r>
        <w:t>İçerikte tanınabilir biçimde yer alan yaşayan kişilerin yayına itirazı olmadığını bildiğimi ya da itiraz ederlerse içeriğin kaldırılacağını bildiğimi beyan ederim.</w:t>
      </w:r>
    </w:p>
    <w:p>
      <w:pPr>
        <w:pStyle w:val="Heading2"/>
      </w:pPr>
      <w:r>
        <w:rPr>
          <w:color w:val="78343E"/>
        </w:rPr>
        <w:t>4. Kullanım izni</w:t>
      </w:r>
    </w:p>
    <w:p>
      <w:r>
        <w:t>MEZTECH LLC'ye, yukarıdaki içerikleri bedelsiz, münhasır olmayan biçimde ve izni geri alana kadar aşağıda işaretlediğim kapsamda kullanma izni veriyorum. İçeriğin hakları bende ya da sahibinde kalır; aynı içeriği başka yerlerde de kullanabilirim.</w:t>
      </w:r>
    </w:p>
    <w:p>
      <w:r>
        <w:t>mezirme.com'da yayımlanması ☐ Evet ☐ Hayır</w:t>
      </w:r>
    </w:p>
    <w:p>
      <w:r>
        <w:t>mezirme.com'un sosyal medya hesaplarında paylaşılması ☐ Evet ☐ Hayır</w:t>
      </w:r>
    </w:p>
    <w:p>
      <w:r>
        <w:t>Ziyaretçilerin yüksek çözünürlüklü dosyayı indirebilmesi ☐ Evet ☐ Hayır</w:t>
      </w:r>
    </w:p>
    <w:p>
      <w:r>
        <w:t>İndirilen dosyanın kullanım koşulu (birini işaretleyiniz):</w:t>
      </w:r>
    </w:p>
    <w:p>
      <w:r>
        <w:t>☐ Kişisel kullanım ve baskı serbest; ticari kullanım için izin gerekir (önerilen)</w:t>
      </w:r>
    </w:p>
    <w:p>
      <w:r>
        <w:t>☐ Creative Commons Atıf-GayriTicari 4.0 (CC BY-NC 4.0): adım belirtilerek ticari olmayan her kullanım serbest</w:t>
      </w:r>
    </w:p>
    <w:p>
      <w:r>
        <w:t>☐ Yalnızca sitede gösterilsin, indirilmesin</w:t>
      </w:r>
    </w:p>
    <w:p>
      <w:r>
        <w:t>İçeriğin yanında adım (birini işaretleyiniz):</w:t>
      </w:r>
    </w:p>
    <w:p>
      <w:r>
        <w:t>☐ Tam adımla yazılsın</w:t>
      </w:r>
    </w:p>
    <w:p>
      <w:r>
        <w:t>☐ Yalnızca baş harflerimle yazılsın</w:t>
      </w:r>
    </w:p>
    <w:p>
      <w:r>
        <w:t>☐ Adım yazılmasın</w:t>
      </w:r>
    </w:p>
    <w:p>
      <w:pPr>
        <w:pStyle w:val="Heading2"/>
      </w:pPr>
      <w:r>
        <w:rPr>
          <w:color w:val="78343E"/>
        </w:rPr>
        <w:t>5. Kişisel veriler ve açık rıza</w:t>
      </w:r>
    </w:p>
    <w:p>
      <w:r>
        <w:t>KVKK Aydınlatma Metni'ni okudum. Aşağıdaki konularda açık rızamı ayrı ayrı belirtiyorum. Rızamı dilediğim zaman geri alabileceğimi biliyorum.</w:t>
      </w:r>
    </w:p>
    <w:p>
      <w:pPr>
        <w:pStyle w:val="ListNumber"/>
      </w:pPr>
      <w:r>
        <w:t>Adımın ve verdiğim künye bilgilerinin (çeken, tarih, yer, kişiler) içerikle birlikte yayımlanmasına ☐ Evet ☐ Hayır</w:t>
      </w:r>
    </w:p>
    <w:p>
      <w:pPr>
        <w:pStyle w:val="ListNumber"/>
      </w:pPr>
      <w:r>
        <w:t>İçerikte inanç, mezhep ya da sağlık bilgisi gibi özel nitelikli kişisel verilerin bulunması hâlinde (ör. cem, ziyaret, ocak bağlılığına ilişkin fotoğraf ve belgeler) bunların yayımlanmasına ☐ Evet ☐ Hayır</w:t>
      </w:r>
    </w:p>
    <w:p>
      <w:pPr>
        <w:pStyle w:val="ListNumber"/>
      </w:pPr>
      <w:r>
        <w:t>Gönderdiğim içeriğin ve kişisel verilerimin, sitenin barındırıldığı netcup GmbH (Almanya) sunucularında ve e-posta hizmet sağlayıcısının (Google) yurt dışındaki sunucularında işlenmesine. Bu ülkelerdeki kişisel veri koruma düzeyinin Türkiye'dekinden farklı olabileceği ve bunun doğurabileceği riskler konusunda bilgilendirildim. ☐ Evet ☐ Hayır</w:t>
      </w:r>
    </w:p>
    <w:p>
      <w:pPr>
        <w:tabs>
          <w:tab w:pos="9354" w:val="right" w:leader="underscore"/>
        </w:tabs>
        <w:spacing w:before="160"/>
      </w:pPr>
      <w:r>
        <w:rPr>
          <w:b/>
        </w:rPr>
        <w:t xml:space="preserve">Tarih </w:t>
      </w:r>
      <w:r>
        <w:tab/>
      </w:r>
    </w:p>
    <w:p>
      <w:pPr>
        <w:tabs>
          <w:tab w:pos="9354" w:val="right" w:leader="underscore"/>
        </w:tabs>
        <w:spacing w:before="160"/>
      </w:pPr>
      <w:r>
        <w:rPr>
          <w:b/>
        </w:rPr>
        <w:t xml:space="preserve">Ad soyad </w:t>
      </w:r>
      <w:r>
        <w:tab/>
      </w:r>
    </w:p>
    <w:p>
      <w:pPr>
        <w:tabs>
          <w:tab w:pos="9354" w:val="right" w:leader="underscore"/>
        </w:tabs>
        <w:spacing w:before="160"/>
      </w:pPr>
      <w:r>
        <w:rPr>
          <w:b/>
        </w:rPr>
        <w:t xml:space="preserve">İmza </w:t>
      </w:r>
      <w:r>
        <w:tab/>
      </w:r>
    </w:p>
    <w:p/>
    <w:p>
      <w:pPr>
        <w:pStyle w:val="Heading2"/>
      </w:pPr>
      <w:r>
        <w:rPr>
          <w:color w:val="78343E"/>
        </w:rPr>
        <w:t>Gönderme</w:t>
      </w:r>
    </w:p>
    <w:p>
      <w:r>
        <w:t>İmzalı formun fotoğrafını ya da taramasını içeriklerle birlikte mezirme@meztech.llcadresine gönderebilirsiniz. Fotoğrafları küçültülmemesi için e-postaya ek olarak ya da WhatsApp'ta "Belge" seçeneğiyle gönderiniz. Ayrıntılar: Katkıda Bulunun.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75D56"/>
        <w:sz w:val="16"/>
      </w:rPr>
      <w:t>mezirme.com · MEZTECH LLC · mezirme@meztech.llc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